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 complete fictional worksheet</w:t>
      </w:r>
    </w:p>
    <w:p>
      <w:r>
        <w:t>Instruction: read the table and inspect the picture.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Concept</w:t>
            </w:r>
          </w:p>
        </w:tc>
        <w:tc>
          <w:tcPr>
            <w:tcW w:type="dxa" w:w="4320"/>
          </w:tcPr>
          <w:p>
            <w:r>
              <w:t>Example</w:t>
            </w:r>
          </w:p>
        </w:tc>
      </w:tr>
      <w:tr>
        <w:tc>
          <w:tcPr>
            <w:tcW w:type="dxa" w:w="4320"/>
          </w:tcPr>
          <w:p>
            <w:r>
              <w:t>Privacy</w:t>
            </w:r>
          </w:p>
        </w:tc>
        <w:tc>
          <w:tcPr>
            <w:tcW w:type="dxa" w:w="4320"/>
          </w:tcPr>
          <w:p>
            <w:r>
              <w:t>Files stay on the device.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2743200" cy="15430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ctional diagram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43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Worksheet answers</w:t>
      </w:r>
    </w:p>
    <w:p>
      <w:r>
        <w:t>The paragraphs, table and picture should stay in their original sequence.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" w:hAnsi="No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" w:hAnsi="Noto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" w:hAnsi="Noto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ans" w:hAnsi="Noto Sa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ans" w:hAnsi="Noto San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